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heading=h.hrjle0hzip21" w:id="0"/>
      <w:bookmarkEnd w:id="0"/>
      <w:r w:rsidDel="00000000" w:rsidR="00000000" w:rsidRPr="00000000">
        <w:rPr>
          <w:rtl w:val="0"/>
        </w:rPr>
        <w:t xml:space="preserve">Self-Love Log</w:t>
      </w:r>
    </w:p>
    <w:p w:rsidR="00000000" w:rsidDel="00000000" w:rsidP="00000000" w:rsidRDefault="00000000" w:rsidRPr="00000000" w14:paraId="00000002">
      <w:pPr>
        <w:rPr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Stoic philosophers viewed self-love not as modern "indulgence," but as a duty of self-respect and self-appropriation (oikeiosis). For the Stoic, you are your own primary responsibility, and caring for your character is the highest form of love. Stoics argued that just as a mother naturally cares for her child, every human has a natural affinity for their own well-being.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Choose one of the self-love exercises below and give yourself some self-love at least three times each week for the next 8 weeks of the course.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Treat yourself with the same compassion and understanding you would offer a loved one.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Be mindful of things you're proud of.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Be mindful of your importance in the lives of others.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Acknowledge that everyone makes mistakes and offer yourself self-soothing.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Reflect on positive experiences.</w:t>
      </w:r>
    </w:p>
    <w:p w:rsidR="00000000" w:rsidDel="00000000" w:rsidP="00000000" w:rsidRDefault="00000000" w:rsidRPr="00000000" w14:paraId="0000000C">
      <w:pPr>
        <w:rPr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</w: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rPr/>
      </w:pPr>
      <w:r w:rsidDel="00000000" w:rsidR="00000000" w:rsidRPr="00000000">
        <w:rPr>
          <w:rtl w:val="0"/>
        </w:rPr>
        <w:t xml:space="preserve">Week 1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51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28"/>
        <w:gridCol w:w="2628"/>
        <w:gridCol w:w="2628"/>
        <w:gridCol w:w="2628"/>
        <w:tblGridChange w:id="0">
          <w:tblGrid>
            <w:gridCol w:w="2628"/>
            <w:gridCol w:w="2628"/>
            <w:gridCol w:w="2628"/>
            <w:gridCol w:w="26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3"/>
        <w:rPr/>
      </w:pPr>
      <w:r w:rsidDel="00000000" w:rsidR="00000000" w:rsidRPr="00000000">
        <w:rPr>
          <w:rtl w:val="0"/>
        </w:rPr>
        <w:t xml:space="preserve">Week 2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51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28"/>
        <w:gridCol w:w="2628"/>
        <w:gridCol w:w="2628"/>
        <w:gridCol w:w="2628"/>
        <w:tblGridChange w:id="0">
          <w:tblGrid>
            <w:gridCol w:w="2628"/>
            <w:gridCol w:w="2628"/>
            <w:gridCol w:w="2628"/>
            <w:gridCol w:w="26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3"/>
        <w:rPr/>
      </w:pPr>
      <w:r w:rsidDel="00000000" w:rsidR="00000000" w:rsidRPr="00000000">
        <w:rPr>
          <w:rtl w:val="0"/>
        </w:rPr>
        <w:t xml:space="preserve">Week 3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51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28"/>
        <w:gridCol w:w="2628"/>
        <w:gridCol w:w="2628"/>
        <w:gridCol w:w="2628"/>
        <w:tblGridChange w:id="0">
          <w:tblGrid>
            <w:gridCol w:w="2628"/>
            <w:gridCol w:w="2628"/>
            <w:gridCol w:w="2628"/>
            <w:gridCol w:w="26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  <w:tc>
          <w:tcPr/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3"/>
        <w:rPr/>
      </w:pPr>
      <w:r w:rsidDel="00000000" w:rsidR="00000000" w:rsidRPr="00000000">
        <w:rPr>
          <w:rtl w:val="0"/>
        </w:rPr>
        <w:t xml:space="preserve">Week 4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51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28"/>
        <w:gridCol w:w="2628"/>
        <w:gridCol w:w="2628"/>
        <w:gridCol w:w="2628"/>
        <w:tblGridChange w:id="0">
          <w:tblGrid>
            <w:gridCol w:w="2628"/>
            <w:gridCol w:w="2628"/>
            <w:gridCol w:w="2628"/>
            <w:gridCol w:w="26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  <w:tc>
          <w:tcPr/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3"/>
        <w:rPr/>
      </w:pPr>
      <w:r w:rsidDel="00000000" w:rsidR="00000000" w:rsidRPr="00000000">
        <w:rPr>
          <w:rtl w:val="0"/>
        </w:rPr>
        <w:t xml:space="preserve">Week 5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51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28"/>
        <w:gridCol w:w="2628"/>
        <w:gridCol w:w="2628"/>
        <w:gridCol w:w="2628"/>
        <w:tblGridChange w:id="0">
          <w:tblGrid>
            <w:gridCol w:w="2628"/>
            <w:gridCol w:w="2628"/>
            <w:gridCol w:w="2628"/>
            <w:gridCol w:w="26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  <w:tc>
          <w:tcPr/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3"/>
        <w:rPr/>
      </w:pPr>
      <w:r w:rsidDel="00000000" w:rsidR="00000000" w:rsidRPr="00000000">
        <w:rPr>
          <w:rtl w:val="0"/>
        </w:rPr>
        <w:t xml:space="preserve">Week 6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051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28"/>
        <w:gridCol w:w="2628"/>
        <w:gridCol w:w="2628"/>
        <w:gridCol w:w="2628"/>
        <w:tblGridChange w:id="0">
          <w:tblGrid>
            <w:gridCol w:w="2628"/>
            <w:gridCol w:w="2628"/>
            <w:gridCol w:w="2628"/>
            <w:gridCol w:w="26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  <w:tc>
          <w:tcPr/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3"/>
        <w:rPr/>
      </w:pPr>
      <w:r w:rsidDel="00000000" w:rsidR="00000000" w:rsidRPr="00000000">
        <w:rPr>
          <w:rtl w:val="0"/>
        </w:rPr>
        <w:t xml:space="preserve">Week 7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051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28"/>
        <w:gridCol w:w="2628"/>
        <w:gridCol w:w="2628"/>
        <w:gridCol w:w="2628"/>
        <w:tblGridChange w:id="0">
          <w:tblGrid>
            <w:gridCol w:w="2628"/>
            <w:gridCol w:w="2628"/>
            <w:gridCol w:w="2628"/>
            <w:gridCol w:w="26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  <w:tc>
          <w:tcPr/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Heading3"/>
        <w:rPr/>
      </w:pPr>
      <w:r w:rsidDel="00000000" w:rsidR="00000000" w:rsidRPr="00000000">
        <w:rPr>
          <w:rtl w:val="0"/>
        </w:rPr>
        <w:t xml:space="preserve">Week 8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1051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28"/>
        <w:gridCol w:w="2628"/>
        <w:gridCol w:w="2628"/>
        <w:gridCol w:w="2628"/>
        <w:tblGridChange w:id="0">
          <w:tblGrid>
            <w:gridCol w:w="2628"/>
            <w:gridCol w:w="2628"/>
            <w:gridCol w:w="2628"/>
            <w:gridCol w:w="26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  <w:tc>
          <w:tcPr/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864" w:top="864" w:left="864" w:right="86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7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445988" cy="44598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5988" cy="4459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8">
    <w:pPr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WORKSHEET 10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5AjV5FxKcSj90SsIRc5zo/y/3A==">CgMxLjAyDmguaHJqbGUwaHppcDIxOAByITF0bDB1TTdOR0VCTUVWYkJ4Qm9KVVhNT2JzR3RETHRmeg==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