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eading=h.6ld68e4451bf" w:id="0"/>
      <w:bookmarkEnd w:id="0"/>
      <w:r w:rsidDel="00000000" w:rsidR="00000000" w:rsidRPr="00000000">
        <w:rPr>
          <w:rtl w:val="0"/>
        </w:rPr>
        <w:t xml:space="preserve">My Productivity Goals</w:t>
      </w:r>
    </w:p>
    <w:p w:rsidR="00000000" w:rsidDel="00000000" w:rsidP="00000000" w:rsidRDefault="00000000" w:rsidRPr="00000000" w14:paraId="00000002">
      <w:pPr>
        <w:pStyle w:val="Heading1"/>
        <w:jc w:val="center"/>
        <w:rPr>
          <w:rFonts w:ascii="Pacifico" w:cs="Pacifico" w:eastAsia="Pacifico" w:hAnsi="Pacifico"/>
          <w:b w:val="0"/>
          <w:bCs w:val="0"/>
          <w:sz w:val="36"/>
          <w:szCs w:val="36"/>
        </w:rPr>
      </w:pPr>
      <w:bookmarkStart w:colFirst="0" w:colLast="0" w:name="_heading=h.e8pzzj8oj05d" w:id="1"/>
      <w:bookmarkEnd w:id="1"/>
      <w:r w:rsidDel="00000000" w:rsidR="00000000" w:rsidRPr="00000000">
        <w:rPr>
          <w:rFonts w:ascii="Pacifico" w:cs="Pacifico" w:eastAsia="Pacifico" w:hAnsi="Pacifico"/>
          <w:b w:val="0"/>
          <w:bCs w:val="0"/>
          <w:sz w:val="36"/>
          <w:szCs w:val="36"/>
          <w:rtl w:val="0"/>
        </w:rPr>
        <w:t xml:space="preserve">“It is not that we have a short time to live, but that we waste much of it.”</w:t>
      </w:r>
    </w:p>
    <w:p w:rsidR="00000000" w:rsidDel="00000000" w:rsidP="00000000" w:rsidRDefault="00000000" w:rsidRPr="00000000" w14:paraId="00000003">
      <w:pPr>
        <w:pStyle w:val="Heading1"/>
        <w:jc w:val="center"/>
        <w:rPr>
          <w:rFonts w:ascii="Pacifico" w:cs="Pacifico" w:eastAsia="Pacifico" w:hAnsi="Pacifico"/>
          <w:b w:val="0"/>
          <w:bCs w:val="0"/>
          <w:sz w:val="36"/>
          <w:szCs w:val="36"/>
        </w:rPr>
      </w:pPr>
      <w:bookmarkStart w:colFirst="0" w:colLast="0" w:name="_heading=h.mrsqsjy35md0" w:id="2"/>
      <w:bookmarkEnd w:id="2"/>
      <w:r w:rsidDel="00000000" w:rsidR="00000000" w:rsidRPr="00000000">
        <w:rPr>
          <w:rFonts w:ascii="Pacifico" w:cs="Pacifico" w:eastAsia="Pacifico" w:hAnsi="Pacifico"/>
          <w:b w:val="0"/>
          <w:bCs w:val="0"/>
          <w:sz w:val="36"/>
          <w:szCs w:val="36"/>
          <w:rtl w:val="0"/>
        </w:rPr>
        <w:t xml:space="preserve">SENECA</w:t>
      </w:r>
    </w:p>
    <w:p w:rsidR="00000000" w:rsidDel="00000000" w:rsidP="00000000" w:rsidRDefault="00000000" w:rsidRPr="00000000" w14:paraId="00000004">
      <w:pPr>
        <w:pStyle w:val="Heading2"/>
        <w:rPr>
          <w:b w:val="0"/>
          <w:bCs w:val="0"/>
          <w:i w:val="1"/>
          <w:iCs w:val="1"/>
          <w:color w:val="000000"/>
        </w:rPr>
      </w:pPr>
      <w:r w:rsidDel="00000000" w:rsidR="00000000" w:rsidRPr="00000000">
        <w:rPr>
          <w:b w:val="0"/>
          <w:bCs w:val="0"/>
          <w:i w:val="1"/>
          <w:iCs w:val="1"/>
          <w:color w:val="000000"/>
          <w:rtl w:val="0"/>
        </w:rPr>
        <w:t xml:space="preserve">Healing doesn't happen if you allow the mind to fester with bad memories and negative emotions. We must keep it busy. The validation that comes from doing work we believe in can feed our souls.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t xml:space="preserve">Everyday Goals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Use this space to write down some ways you can be productive every day.</w:t>
        <w:br w:type="textWrapping"/>
        <w:br w:type="textWrapping"/>
      </w:r>
      <w:r w:rsidDel="00000000" w:rsidR="00000000" w:rsidRPr="00000000">
        <w:rPr>
          <w:u w:val="single"/>
          <w:rtl w:val="0"/>
        </w:rPr>
        <w:t xml:space="preserve">✒️</w:t>
      </w:r>
      <w:r w:rsidDel="00000000" w:rsidR="00000000" w:rsidRPr="00000000">
        <w:rPr>
          <w:rtl w:val="0"/>
        </w:rPr>
        <w:br w:type="textWrapping"/>
        <w:br w:type="textWrapping"/>
      </w:r>
    </w:p>
    <w:p w:rsidR="00000000" w:rsidDel="00000000" w:rsidP="00000000" w:rsidRDefault="00000000" w:rsidRPr="00000000" w14:paraId="00000009">
      <w:pPr>
        <w:rPr/>
      </w:pPr>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2"/>
        <w:rPr/>
      </w:pPr>
      <w:r w:rsidDel="00000000" w:rsidR="00000000" w:rsidRPr="00000000">
        <w:rPr>
          <w:rtl w:val="0"/>
        </w:rPr>
        <w:t xml:space="preserve">Goals for This Week</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What do you want to accomplish in the</w:t>
      </w:r>
      <w:r w:rsidDel="00000000" w:rsidR="00000000" w:rsidRPr="00000000">
        <w:rPr>
          <w:rtl w:val="0"/>
        </w:rPr>
        <w:t xml:space="preserve"> week ahead?</w:t>
        <w:br w:type="textWrapping"/>
        <w:br w:type="textWrapping"/>
      </w:r>
      <w:r w:rsidDel="00000000" w:rsidR="00000000" w:rsidRPr="00000000">
        <w:rPr>
          <w:u w:val="single"/>
          <w:rtl w:val="0"/>
        </w:rPr>
        <w:t xml:space="preserve">✒️</w:t>
      </w:r>
      <w:r w:rsidDel="00000000" w:rsidR="00000000" w:rsidRPr="00000000">
        <w:rPr>
          <w:rtl w:val="0"/>
        </w:rPr>
        <w:br w:type="textWrapping"/>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br w:type="textWrapping"/>
      </w:r>
    </w:p>
    <w:p w:rsidR="00000000" w:rsidDel="00000000" w:rsidP="00000000" w:rsidRDefault="00000000" w:rsidRPr="00000000" w14:paraId="0000000F">
      <w:pPr>
        <w:pStyle w:val="Heading2"/>
        <w:rPr/>
      </w:pPr>
      <w:r w:rsidDel="00000000" w:rsidR="00000000" w:rsidRPr="00000000">
        <w:rPr>
          <w:rtl w:val="0"/>
        </w:rPr>
        <w:t xml:space="preserve">Potential Projects</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What projects have you been putting off that you can start? </w:t>
      </w:r>
    </w:p>
    <w:p w:rsidR="00000000" w:rsidDel="00000000" w:rsidP="00000000" w:rsidRDefault="00000000" w:rsidRPr="00000000" w14:paraId="00000011">
      <w:pPr>
        <w:pStyle w:val="Heading2"/>
        <w:rPr>
          <w:b w:val="0"/>
          <w:bCs w:val="0"/>
          <w:color w:val="000000"/>
          <w:u w:val="single"/>
        </w:rPr>
      </w:pPr>
      <w:bookmarkStart w:colFirst="0" w:colLast="0" w:name="_heading=h.6y8osoq79v14" w:id="3"/>
      <w:bookmarkEnd w:id="3"/>
      <w:r w:rsidDel="00000000" w:rsidR="00000000" w:rsidRPr="00000000">
        <w:rPr>
          <w:b w:val="0"/>
          <w:bCs w:val="0"/>
          <w:color w:val="000000"/>
          <w:u w:val="single"/>
          <w:rtl w:val="0"/>
        </w:rPr>
        <w:t xml:space="preserve">✒️</w:t>
      </w:r>
    </w:p>
    <w:p w:rsidR="00000000" w:rsidDel="00000000" w:rsidP="00000000" w:rsidRDefault="00000000" w:rsidRPr="00000000" w14:paraId="00000012">
      <w:pPr>
        <w:pStyle w:val="Heading2"/>
        <w:rPr/>
      </w:pPr>
      <w:bookmarkStart w:colFirst="0" w:colLast="0" w:name="_heading=h.teu12h6j4ugs" w:id="4"/>
      <w:bookmarkEnd w:id="4"/>
      <w:r w:rsidDel="00000000" w:rsidR="00000000" w:rsidRPr="00000000">
        <w:rPr>
          <w:rtl w:val="0"/>
        </w:rPr>
      </w:r>
    </w:p>
    <w:p w:rsidR="00000000" w:rsidDel="00000000" w:rsidP="00000000" w:rsidRDefault="00000000" w:rsidRPr="00000000" w14:paraId="00000013">
      <w:pPr>
        <w:pStyle w:val="Heading2"/>
        <w:rPr/>
      </w:pPr>
      <w:bookmarkStart w:colFirst="0" w:colLast="0" w:name="_heading=h.8bbr76fn5qn8" w:id="5"/>
      <w:bookmarkEnd w:id="5"/>
      <w:r w:rsidDel="00000000" w:rsidR="00000000" w:rsidRPr="00000000">
        <w:rPr>
          <w:rtl w:val="0"/>
        </w:rPr>
      </w:r>
    </w:p>
    <w:p w:rsidR="00000000" w:rsidDel="00000000" w:rsidP="00000000" w:rsidRDefault="00000000" w:rsidRPr="00000000" w14:paraId="00000014">
      <w:pPr>
        <w:pStyle w:val="Heading2"/>
        <w:rPr/>
      </w:pPr>
      <w:bookmarkStart w:colFirst="0" w:colLast="0" w:name="_heading=h.gblqzm8m39qt" w:id="6"/>
      <w:bookmarkEnd w:id="6"/>
      <w:r w:rsidDel="00000000" w:rsidR="00000000" w:rsidRPr="00000000">
        <w:rPr>
          <w:rtl w:val="0"/>
        </w:rPr>
        <w:br w:type="textWrapping"/>
        <w:br w:type="textWrapping"/>
        <w:t xml:space="preserve">Goals for This Year</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List some goals to start this year.</w:t>
      </w:r>
    </w:p>
    <w:p w:rsidR="00000000" w:rsidDel="00000000" w:rsidP="00000000" w:rsidRDefault="00000000" w:rsidRPr="00000000" w14:paraId="00000016">
      <w:pPr>
        <w:rPr/>
      </w:pPr>
      <w:r w:rsidDel="00000000" w:rsidR="00000000" w:rsidRPr="00000000">
        <w:rPr>
          <w:u w:val="single"/>
          <w:rtl w:val="0"/>
        </w:rPr>
        <w:t xml:space="preserve">✒️</w:t>
      </w:r>
      <w:r w:rsidDel="00000000" w:rsidR="00000000" w:rsidRPr="00000000">
        <w:rPr>
          <w:rtl w:val="0"/>
        </w:rPr>
        <w:br w:type="textWrapping"/>
        <w:br w:type="textWrapping"/>
      </w:r>
    </w:p>
    <w:p w:rsidR="00000000" w:rsidDel="00000000" w:rsidP="00000000" w:rsidRDefault="00000000" w:rsidRPr="00000000" w14:paraId="00000017">
      <w:pPr>
        <w:rPr/>
      </w:pPr>
      <w:r w:rsidDel="00000000" w:rsidR="00000000" w:rsidRPr="00000000">
        <w:br w:type="page"/>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sectPr>
      <w:headerReference r:id="rId7" w:type="default"/>
      <w:footerReference r:id="rId8"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Pacifico">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jc w:val="center"/>
      <w:rPr/>
    </w:pPr>
    <w:r w:rsidDel="00000000" w:rsidR="00000000" w:rsidRPr="00000000">
      <w:rPr/>
      <w:drawing>
        <wp:inline distB="114300" distT="114300" distL="114300" distR="114300">
          <wp:extent cx="561975" cy="495319"/>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61975" cy="495319"/>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rPr>
        <w:sz w:val="16"/>
        <w:szCs w:val="16"/>
      </w:rPr>
    </w:pPr>
    <w:r w:rsidDel="00000000" w:rsidR="00000000" w:rsidRPr="00000000">
      <w:rPr>
        <w:sz w:val="16"/>
        <w:szCs w:val="16"/>
        <w:rtl w:val="0"/>
      </w:rPr>
      <w:t xml:space="preserve">WORKSHEET 16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iCs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ycM5i79sDA00qr+ONNqWQNhR6A==">CgMxLjAyDmguNmxkNjhlNDQ1MWJmMg5oLmU4cHp6ajhvajA1ZDIOaC5tcnNxc2p5MzVtZDAyDmguNnk4b3NvcTc5djE0Mg5oLnRldTEyaDZqNHVnczIOaC44YmJyNzZmbjVxbjgyDmguZ2JscXptOG0zOXF0OAByITFfUkQxN09XeW9NVTNHTG1oYzhWSVBpd1dOVkZUT281Wg==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