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sz w:val="48"/>
          <w:szCs w:val="48"/>
        </w:rPr>
      </w:pPr>
      <w:bookmarkStart w:colFirst="0" w:colLast="0" w:name="_heading=h.2jxlyzwa3i9m" w:id="0"/>
      <w:bookmarkEnd w:id="0"/>
      <w:r w:rsidDel="00000000" w:rsidR="00000000" w:rsidRPr="00000000">
        <w:rPr>
          <w:sz w:val="48"/>
          <w:szCs w:val="48"/>
          <w:rtl w:val="0"/>
        </w:rPr>
        <w:t xml:space="preserve">The Moral Compass </w:t>
      </w:r>
    </w:p>
    <w:p w:rsidR="00000000" w:rsidDel="00000000" w:rsidP="00000000" w:rsidRDefault="00000000" w:rsidRPr="00000000" w14:paraId="00000002">
      <w:pPr>
        <w:rPr>
          <w:i w:val="1"/>
          <w:iCs w:val="1"/>
          <w:sz w:val="28"/>
          <w:szCs w:val="28"/>
        </w:rPr>
      </w:pPr>
      <w:r w:rsidDel="00000000" w:rsidR="00000000" w:rsidRPr="00000000">
        <w:rPr>
          <w:i w:val="1"/>
          <w:iCs w:val="1"/>
          <w:sz w:val="28"/>
          <w:szCs w:val="28"/>
          <w:rtl w:val="0"/>
        </w:rPr>
        <w:t xml:space="preserve">The Stoics said we should examine our awareness of automatic moral judgments, and distortions that pull us away from fairness. They encouraged conscious selection of responses that reflect justice, reason, and self-respect.</w:t>
      </w:r>
    </w:p>
    <w:p w:rsidR="00000000" w:rsidDel="00000000" w:rsidP="00000000" w:rsidRDefault="00000000" w:rsidRPr="00000000" w14:paraId="00000003">
      <w:pPr>
        <w:pStyle w:val="Heading2"/>
        <w:rPr>
          <w:sz w:val="28"/>
          <w:szCs w:val="28"/>
        </w:rPr>
      </w:pPr>
      <w:r w:rsidDel="00000000" w:rsidR="00000000" w:rsidRPr="00000000">
        <w:rPr>
          <w:sz w:val="28"/>
          <w:szCs w:val="28"/>
          <w:rtl w:val="0"/>
        </w:rPr>
        <w:t xml:space="preserve">Step 1: The Moral Moment (Observation Only)</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sz w:val="28"/>
          <w:szCs w:val="28"/>
          <w:rtl w:val="0"/>
        </w:rPr>
        <w:t xml:space="preserve">Describe a recent situation where you felt morally justified, offended, angry, resentful, or where you noticed yourself ignoring or minimizing unfairness.</w:t>
        <w:br w:type="textWrapping"/>
        <w:br w:type="textWrapping"/>
        <w:t xml:space="preserve">What happened?</w:t>
        <w:br w:type="textWrapping"/>
        <w:br w:type="textWrapping"/>
        <w:t xml:space="preserve">Who was involved?</w:t>
        <w:br w:type="textWrapping"/>
        <w:br w:type="textWrapping"/>
        <w:t xml:space="preserve">What was said or done?</w:t>
      </w:r>
    </w:p>
    <w:p w:rsidR="00000000" w:rsidDel="00000000" w:rsidP="00000000" w:rsidRDefault="00000000" w:rsidRPr="00000000" w14:paraId="00000006">
      <w:pPr>
        <w:rPr>
          <w:sz w:val="28"/>
          <w:szCs w:val="28"/>
        </w:rPr>
      </w:pPr>
      <w:r w:rsidDel="00000000" w:rsidR="00000000" w:rsidRPr="00000000">
        <w:rPr>
          <w:sz w:val="28"/>
          <w:szCs w:val="28"/>
          <w:rtl w:val="0"/>
        </w:rPr>
        <w:br w:type="textWrapping"/>
      </w:r>
      <w:r w:rsidDel="00000000" w:rsidR="00000000" w:rsidRPr="00000000">
        <w:rPr>
          <w:sz w:val="28"/>
          <w:szCs w:val="28"/>
          <w:u w:val="single"/>
          <w:rtl w:val="0"/>
        </w:rPr>
        <w:t xml:space="preserve">✒️</w:t>
      </w:r>
      <w:r w:rsidDel="00000000" w:rsidR="00000000" w:rsidRPr="00000000">
        <w:rPr>
          <w:sz w:val="28"/>
          <w:szCs w:val="28"/>
          <w:rtl w:val="0"/>
        </w:rPr>
        <w:br w:type="textWrapping"/>
      </w:r>
    </w:p>
    <w:p w:rsidR="00000000" w:rsidDel="00000000" w:rsidP="00000000" w:rsidRDefault="00000000" w:rsidRPr="00000000" w14:paraId="00000007">
      <w:pPr>
        <w:pStyle w:val="Heading2"/>
        <w:rPr>
          <w:sz w:val="28"/>
          <w:szCs w:val="28"/>
        </w:rPr>
      </w:pPr>
      <w:r w:rsidDel="00000000" w:rsidR="00000000" w:rsidRPr="00000000">
        <w:rPr>
          <w:sz w:val="28"/>
          <w:szCs w:val="28"/>
          <w:rtl w:val="0"/>
        </w:rPr>
        <w:t xml:space="preserve">Step 2: Automatic Moral Thoughts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sz w:val="28"/>
          <w:szCs w:val="28"/>
          <w:u w:val="single"/>
        </w:rPr>
      </w:pPr>
      <w:r w:rsidDel="00000000" w:rsidR="00000000" w:rsidRPr="00000000">
        <w:rPr>
          <w:sz w:val="28"/>
          <w:szCs w:val="28"/>
          <w:rtl w:val="0"/>
        </w:rPr>
        <w:t xml:space="preserve">List the immediate thoughts that arose in the moment.</w:t>
        <w:br w:type="textWrapping"/>
        <w:br w:type="textWrapping"/>
        <w:t xml:space="preserve">Automatic thoughts:</w:t>
        <w:br w:type="textWrapping"/>
        <w:br w:type="textWrapping"/>
      </w:r>
      <w:r w:rsidDel="00000000" w:rsidR="00000000" w:rsidRPr="00000000">
        <w:rPr>
          <w:sz w:val="28"/>
          <w:szCs w:val="28"/>
          <w:u w:val="single"/>
          <w:rtl w:val="0"/>
        </w:rPr>
        <w:t xml:space="preserve">✒️</w:t>
      </w:r>
    </w:p>
    <w:p w:rsidR="00000000" w:rsidDel="00000000" w:rsidP="00000000" w:rsidRDefault="00000000" w:rsidRPr="00000000" w14:paraId="0000000A">
      <w:pPr>
        <w:pStyle w:val="Heading2"/>
        <w:rPr>
          <w:sz w:val="28"/>
          <w:szCs w:val="28"/>
        </w:rPr>
      </w:pPr>
      <w:r w:rsidDel="00000000" w:rsidR="00000000" w:rsidRPr="00000000">
        <w:rPr>
          <w:rtl w:val="0"/>
        </w:rPr>
      </w:r>
    </w:p>
    <w:p w:rsidR="00000000" w:rsidDel="00000000" w:rsidP="00000000" w:rsidRDefault="00000000" w:rsidRPr="00000000" w14:paraId="0000000B">
      <w:pPr>
        <w:pStyle w:val="Heading2"/>
        <w:rPr>
          <w:sz w:val="28"/>
          <w:szCs w:val="28"/>
        </w:rPr>
      </w:pPr>
      <w:r w:rsidDel="00000000" w:rsidR="00000000" w:rsidRPr="00000000">
        <w:rPr>
          <w:rtl w:val="0"/>
        </w:rPr>
      </w:r>
    </w:p>
    <w:p w:rsidR="00000000" w:rsidDel="00000000" w:rsidP="00000000" w:rsidRDefault="00000000" w:rsidRPr="00000000" w14:paraId="0000000C">
      <w:pPr>
        <w:pStyle w:val="Heading2"/>
        <w:rPr>
          <w:sz w:val="28"/>
          <w:szCs w:val="28"/>
        </w:rPr>
      </w:pPr>
      <w:r w:rsidDel="00000000" w:rsidR="00000000" w:rsidRPr="00000000">
        <w:rPr>
          <w:sz w:val="28"/>
          <w:szCs w:val="28"/>
          <w:rtl w:val="0"/>
        </w:rPr>
        <w:t xml:space="preserve">Step 3: Emotional &amp; Physical Response</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sz w:val="28"/>
          <w:szCs w:val="28"/>
        </w:rPr>
      </w:pPr>
      <w:r w:rsidDel="00000000" w:rsidR="00000000" w:rsidRPr="00000000">
        <w:rPr>
          <w:sz w:val="28"/>
          <w:szCs w:val="28"/>
          <w:rtl w:val="0"/>
        </w:rPr>
        <w:t xml:space="preserve">Emotions experienced (and intensity 0–100%):</w:t>
      </w:r>
    </w:p>
    <w:p w:rsidR="00000000" w:rsidDel="00000000" w:rsidP="00000000" w:rsidRDefault="00000000" w:rsidRPr="00000000" w14:paraId="0000000F">
      <w:pPr>
        <w:rPr>
          <w:sz w:val="28"/>
          <w:szCs w:val="28"/>
          <w:u w:val="single"/>
        </w:rPr>
      </w:pPr>
      <w:r w:rsidDel="00000000" w:rsidR="00000000" w:rsidRPr="00000000">
        <w:rPr>
          <w:sz w:val="28"/>
          <w:szCs w:val="28"/>
          <w:rtl w:val="0"/>
        </w:rPr>
        <w:br w:type="textWrapping"/>
      </w:r>
      <w:r w:rsidDel="00000000" w:rsidR="00000000" w:rsidRPr="00000000">
        <w:rPr>
          <w:sz w:val="28"/>
          <w:szCs w:val="28"/>
          <w:u w:val="single"/>
          <w:rtl w:val="0"/>
        </w:rPr>
        <w:t xml:space="preserve">✒️</w:t>
      </w:r>
    </w:p>
    <w:p w:rsidR="00000000" w:rsidDel="00000000" w:rsidP="00000000" w:rsidRDefault="00000000" w:rsidRPr="00000000" w14:paraId="00000010">
      <w:pPr>
        <w:rPr>
          <w:sz w:val="28"/>
          <w:szCs w:val="28"/>
        </w:rPr>
      </w:pPr>
      <w:r w:rsidDel="00000000" w:rsidR="00000000" w:rsidRPr="00000000">
        <w:rPr>
          <w:sz w:val="28"/>
          <w:szCs w:val="28"/>
          <w:rtl w:val="0"/>
        </w:rPr>
        <w:br w:type="textWrapping"/>
        <w:t xml:space="preserve">Physical sensations:</w:t>
      </w:r>
    </w:p>
    <w:p w:rsidR="00000000" w:rsidDel="00000000" w:rsidP="00000000" w:rsidRDefault="00000000" w:rsidRPr="00000000" w14:paraId="00000011">
      <w:pPr>
        <w:rPr>
          <w:sz w:val="28"/>
          <w:szCs w:val="28"/>
        </w:rPr>
      </w:pPr>
      <w:r w:rsidDel="00000000" w:rsidR="00000000" w:rsidRPr="00000000">
        <w:rPr>
          <w:sz w:val="28"/>
          <w:szCs w:val="28"/>
          <w:u w:val="single"/>
          <w:rtl w:val="0"/>
        </w:rPr>
        <w:t xml:space="preserve">✒️</w:t>
      </w:r>
      <w:r w:rsidDel="00000000" w:rsidR="00000000" w:rsidRPr="00000000">
        <w:rPr>
          <w:sz w:val="28"/>
          <w:szCs w:val="28"/>
          <w:rtl w:val="0"/>
        </w:rPr>
        <w:br w:type="textWrapping"/>
        <w:br w:type="textWrapping"/>
      </w:r>
    </w:p>
    <w:p w:rsidR="00000000" w:rsidDel="00000000" w:rsidP="00000000" w:rsidRDefault="00000000" w:rsidRPr="00000000" w14:paraId="00000012">
      <w:pPr>
        <w:pStyle w:val="Heading2"/>
        <w:rPr>
          <w:sz w:val="28"/>
          <w:szCs w:val="28"/>
        </w:rPr>
      </w:pPr>
      <w:r w:rsidDel="00000000" w:rsidR="00000000" w:rsidRPr="00000000">
        <w:rPr>
          <w:sz w:val="28"/>
          <w:szCs w:val="28"/>
          <w:rtl w:val="0"/>
        </w:rPr>
        <w:t xml:space="preserve">Step 4: Cognitive Distortions Check</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sz w:val="28"/>
          <w:szCs w:val="28"/>
          <w:rtl w:val="0"/>
        </w:rPr>
        <w:t xml:space="preserve">When I look at this issue am I using bad impressions?</w:t>
      </w:r>
    </w:p>
    <w:p w:rsidR="00000000" w:rsidDel="00000000" w:rsidP="00000000" w:rsidRDefault="00000000" w:rsidRPr="00000000" w14:paraId="00000015">
      <w:pPr>
        <w:rPr>
          <w:sz w:val="28"/>
          <w:szCs w:val="28"/>
          <w:u w:val="single"/>
        </w:rPr>
      </w:pPr>
      <w:r w:rsidDel="00000000" w:rsidR="00000000" w:rsidRPr="00000000">
        <w:rPr>
          <w:sz w:val="28"/>
          <w:szCs w:val="28"/>
          <w:rtl w:val="0"/>
        </w:rPr>
        <w:br w:type="textWrapping"/>
        <w:t xml:space="preserve">☐ Mind-reading</w:t>
        <w:br w:type="textWrapping"/>
        <w:t xml:space="preserve">☐ All-or-nothing thinking</w:t>
        <w:br w:type="textWrapping"/>
        <w:t xml:space="preserve">☐ Justification bias</w:t>
        <w:br w:type="textWrapping"/>
        <w:t xml:space="preserve">☐ Dehumanizing language</w:t>
        <w:br w:type="textWrapping"/>
        <w:t xml:space="preserve">☐ Moral licensing</w:t>
        <w:br w:type="textWrapping"/>
        <w:t xml:space="preserve">☐ Emotional reasoning</w:t>
        <w:br w:type="textWrapping"/>
        <w:br w:type="textWrapping"/>
        <w:t xml:space="preserve">Notes:</w:t>
        <w:br w:type="textWrapping"/>
        <w:br w:type="textWrapping"/>
      </w:r>
      <w:r w:rsidDel="00000000" w:rsidR="00000000" w:rsidRPr="00000000">
        <w:rPr>
          <w:sz w:val="28"/>
          <w:szCs w:val="28"/>
          <w:u w:val="single"/>
          <w:rtl w:val="0"/>
        </w:rPr>
        <w:t xml:space="preserve">✒️</w:t>
      </w:r>
    </w:p>
    <w:p w:rsidR="00000000" w:rsidDel="00000000" w:rsidP="00000000" w:rsidRDefault="00000000" w:rsidRPr="00000000" w14:paraId="00000016">
      <w:pPr>
        <w:pStyle w:val="Heading2"/>
        <w:rPr>
          <w:sz w:val="28"/>
          <w:szCs w:val="28"/>
        </w:rPr>
      </w:pPr>
      <w:r w:rsidDel="00000000" w:rsidR="00000000" w:rsidRPr="00000000">
        <w:rPr>
          <w:rtl w:val="0"/>
        </w:rPr>
      </w:r>
    </w:p>
    <w:p w:rsidR="00000000" w:rsidDel="00000000" w:rsidP="00000000" w:rsidRDefault="00000000" w:rsidRPr="00000000" w14:paraId="00000017">
      <w:pPr>
        <w:pStyle w:val="Heading2"/>
        <w:rPr>
          <w:sz w:val="28"/>
          <w:szCs w:val="28"/>
        </w:rPr>
      </w:pPr>
      <w:r w:rsidDel="00000000" w:rsidR="00000000" w:rsidRPr="00000000">
        <w:rPr>
          <w:sz w:val="28"/>
          <w:szCs w:val="28"/>
          <w:rtl w:val="0"/>
        </w:rPr>
        <w:t xml:space="preserve">Step 5: Justice Reality Check</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sz w:val="28"/>
          <w:szCs w:val="28"/>
          <w:u w:val="single"/>
        </w:rPr>
      </w:pPr>
      <w:r w:rsidDel="00000000" w:rsidR="00000000" w:rsidRPr="00000000">
        <w:rPr>
          <w:sz w:val="28"/>
          <w:szCs w:val="28"/>
          <w:rtl w:val="0"/>
        </w:rPr>
        <w:t xml:space="preserve">If everyone acted this way, would it create fairness or harm?</w:t>
        <w:br w:type="textWrapping"/>
        <w:br w:type="textWrapping"/>
      </w:r>
      <w:r w:rsidDel="00000000" w:rsidR="00000000" w:rsidRPr="00000000">
        <w:rPr>
          <w:sz w:val="28"/>
          <w:szCs w:val="28"/>
          <w:u w:val="single"/>
          <w:rtl w:val="0"/>
        </w:rPr>
        <w:t xml:space="preserve">✒️</w:t>
      </w:r>
    </w:p>
    <w:p w:rsidR="00000000" w:rsidDel="00000000" w:rsidP="00000000" w:rsidRDefault="00000000" w:rsidRPr="00000000" w14:paraId="0000001A">
      <w:pPr>
        <w:rPr>
          <w:sz w:val="28"/>
          <w:szCs w:val="28"/>
        </w:rPr>
      </w:pPr>
      <w:r w:rsidDel="00000000" w:rsidR="00000000" w:rsidRPr="00000000">
        <w:rPr>
          <w:rtl w:val="0"/>
        </w:rPr>
      </w:r>
    </w:p>
    <w:p w:rsidR="00000000" w:rsidDel="00000000" w:rsidP="00000000" w:rsidRDefault="00000000" w:rsidRPr="00000000" w14:paraId="0000001B">
      <w:pPr>
        <w:rPr>
          <w:sz w:val="28"/>
          <w:szCs w:val="28"/>
        </w:rPr>
      </w:pPr>
      <w:r w:rsidDel="00000000" w:rsidR="00000000" w:rsidRPr="00000000">
        <w:rPr>
          <w:sz w:val="28"/>
          <w:szCs w:val="28"/>
          <w:rtl w:val="0"/>
        </w:rPr>
        <w:t xml:space="preserve">Does this thought protect my dignity and the dignity of others?</w:t>
        <w:br w:type="textWrapping"/>
      </w:r>
    </w:p>
    <w:p w:rsidR="00000000" w:rsidDel="00000000" w:rsidP="00000000" w:rsidRDefault="00000000" w:rsidRPr="00000000" w14:paraId="0000001C">
      <w:pPr>
        <w:rPr>
          <w:sz w:val="28"/>
          <w:szCs w:val="28"/>
        </w:rPr>
      </w:pPr>
      <w:r w:rsidDel="00000000" w:rsidR="00000000" w:rsidRPr="00000000">
        <w:rPr>
          <w:sz w:val="28"/>
          <w:szCs w:val="28"/>
          <w:u w:val="single"/>
          <w:rtl w:val="0"/>
        </w:rPr>
        <w:t xml:space="preserve">✒️</w:t>
      </w:r>
      <w:r w:rsidDel="00000000" w:rsidR="00000000" w:rsidRPr="00000000">
        <w:rPr>
          <w:sz w:val="28"/>
          <w:szCs w:val="28"/>
          <w:rtl w:val="0"/>
        </w:rPr>
        <w:br w:type="textWrapping"/>
      </w:r>
    </w:p>
    <w:p w:rsidR="00000000" w:rsidDel="00000000" w:rsidP="00000000" w:rsidRDefault="00000000" w:rsidRPr="00000000" w14:paraId="0000001D">
      <w:pPr>
        <w:rPr>
          <w:sz w:val="28"/>
          <w:szCs w:val="28"/>
        </w:rPr>
      </w:pPr>
      <w:r w:rsidDel="00000000" w:rsidR="00000000" w:rsidRPr="00000000">
        <w:rPr>
          <w:sz w:val="28"/>
          <w:szCs w:val="28"/>
          <w:rtl w:val="0"/>
        </w:rPr>
        <w:t xml:space="preserve">Am I reasoning—or reacting?</w:t>
      </w:r>
    </w:p>
    <w:p w:rsidR="00000000" w:rsidDel="00000000" w:rsidP="00000000" w:rsidRDefault="00000000" w:rsidRPr="00000000" w14:paraId="0000001E">
      <w:pPr>
        <w:rPr>
          <w:sz w:val="28"/>
          <w:szCs w:val="28"/>
          <w:u w:val="single"/>
        </w:rPr>
      </w:pPr>
      <w:r w:rsidDel="00000000" w:rsidR="00000000" w:rsidRPr="00000000">
        <w:rPr>
          <w:sz w:val="28"/>
          <w:szCs w:val="28"/>
          <w:u w:val="single"/>
          <w:rtl w:val="0"/>
        </w:rPr>
        <w:t xml:space="preserve">✒️</w:t>
      </w:r>
      <w:r w:rsidDel="00000000" w:rsidR="00000000" w:rsidRPr="00000000">
        <w:rPr>
          <w:sz w:val="28"/>
          <w:szCs w:val="28"/>
          <w:rtl w:val="0"/>
        </w:rPr>
        <w:br w:type="textWrapping"/>
        <w:br w:type="textWrapping"/>
        <w:t xml:space="preserve">Would I respect this action if it were done to me?</w:t>
        <w:br w:type="textWrapping"/>
        <w:br w:type="textWrapping"/>
      </w:r>
      <w:r w:rsidDel="00000000" w:rsidR="00000000" w:rsidRPr="00000000">
        <w:rPr>
          <w:sz w:val="28"/>
          <w:szCs w:val="28"/>
          <w:u w:val="single"/>
          <w:rtl w:val="0"/>
        </w:rPr>
        <w:t xml:space="preserve">✒️</w:t>
      </w:r>
    </w:p>
    <w:p w:rsidR="00000000" w:rsidDel="00000000" w:rsidP="00000000" w:rsidRDefault="00000000" w:rsidRPr="00000000" w14:paraId="0000001F">
      <w:pPr>
        <w:pStyle w:val="Heading2"/>
        <w:rPr>
          <w:sz w:val="28"/>
          <w:szCs w:val="28"/>
        </w:rPr>
      </w:pPr>
      <w:r w:rsidDel="00000000" w:rsidR="00000000" w:rsidRPr="00000000">
        <w:rPr>
          <w:sz w:val="28"/>
          <w:szCs w:val="28"/>
          <w:rtl w:val="0"/>
        </w:rPr>
        <w:t xml:space="preserve">Step 6: Reframed Justice-Aligned Thought</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sz w:val="28"/>
          <w:szCs w:val="28"/>
          <w:rtl w:val="0"/>
        </w:rPr>
        <w:t xml:space="preserve">Rewrite the original thought so it reflects fairness, boundaries, and reason.</w:t>
        <w:br w:type="textWrapping"/>
        <w:br w:type="textWrapping"/>
      </w:r>
      <w:r w:rsidDel="00000000" w:rsidR="00000000" w:rsidRPr="00000000">
        <w:rPr>
          <w:sz w:val="28"/>
          <w:szCs w:val="28"/>
          <w:u w:val="single"/>
          <w:rtl w:val="0"/>
        </w:rPr>
        <w:t xml:space="preserve">✒️</w:t>
      </w:r>
      <w:r w:rsidDel="00000000" w:rsidR="00000000" w:rsidRPr="00000000">
        <w:rPr>
          <w:sz w:val="28"/>
          <w:szCs w:val="28"/>
          <w:rtl w:val="0"/>
        </w:rPr>
        <w:br w:type="textWrapping"/>
        <w:br w:type="textWrapping"/>
      </w:r>
    </w:p>
    <w:p w:rsidR="00000000" w:rsidDel="00000000" w:rsidP="00000000" w:rsidRDefault="00000000" w:rsidRPr="00000000" w14:paraId="00000022">
      <w:pPr>
        <w:pStyle w:val="Heading2"/>
        <w:rPr>
          <w:sz w:val="28"/>
          <w:szCs w:val="28"/>
        </w:rPr>
      </w:pPr>
      <w:r w:rsidDel="00000000" w:rsidR="00000000" w:rsidRPr="00000000">
        <w:rPr>
          <w:rtl w:val="0"/>
        </w:rPr>
      </w:r>
    </w:p>
    <w:p w:rsidR="00000000" w:rsidDel="00000000" w:rsidP="00000000" w:rsidRDefault="00000000" w:rsidRPr="00000000" w14:paraId="00000023">
      <w:pPr>
        <w:pStyle w:val="Heading2"/>
        <w:rPr>
          <w:sz w:val="28"/>
          <w:szCs w:val="28"/>
        </w:rPr>
      </w:pPr>
      <w:r w:rsidDel="00000000" w:rsidR="00000000" w:rsidRPr="00000000">
        <w:rPr>
          <w:sz w:val="28"/>
          <w:szCs w:val="28"/>
          <w:rtl w:val="0"/>
        </w:rPr>
        <w:t xml:space="preserve">Step 7: Just Action (Within Your Control)</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sz w:val="28"/>
          <w:szCs w:val="28"/>
          <w:u w:val="single"/>
        </w:rPr>
      </w:pPr>
      <w:r w:rsidDel="00000000" w:rsidR="00000000" w:rsidRPr="00000000">
        <w:rPr>
          <w:sz w:val="28"/>
          <w:szCs w:val="28"/>
          <w:rtl w:val="0"/>
        </w:rPr>
        <w:t xml:space="preserve">One small action I can take that aligns with justice and self-respect:</w:t>
        <w:br w:type="textWrapping"/>
        <w:br w:type="textWrapping"/>
      </w:r>
      <w:r w:rsidDel="00000000" w:rsidR="00000000" w:rsidRPr="00000000">
        <w:rPr>
          <w:sz w:val="28"/>
          <w:szCs w:val="28"/>
          <w:u w:val="single"/>
          <w:rtl w:val="0"/>
        </w:rPr>
        <w:t xml:space="preserve">✒️</w:t>
      </w:r>
    </w:p>
    <w:p w:rsidR="00000000" w:rsidDel="00000000" w:rsidP="00000000" w:rsidRDefault="00000000" w:rsidRPr="00000000" w14:paraId="00000026">
      <w:pPr>
        <w:rPr>
          <w:sz w:val="28"/>
          <w:szCs w:val="28"/>
        </w:rPr>
      </w:pPr>
      <w:r w:rsidDel="00000000" w:rsidR="00000000" w:rsidRPr="00000000">
        <w:rPr>
          <w:sz w:val="28"/>
          <w:szCs w:val="28"/>
          <w:rtl w:val="0"/>
        </w:rPr>
        <w:br w:type="textWrapping"/>
        <w:br w:type="textWrapping"/>
      </w:r>
    </w:p>
    <w:sectPr>
      <w:headerReference r:id="rId7" w:type="default"/>
      <w:footerReference r:id="rId8"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jc w:val="center"/>
      <w:rPr/>
    </w:pPr>
    <w:r w:rsidDel="00000000" w:rsidR="00000000" w:rsidRPr="00000000">
      <w:rPr>
        <w:sz w:val="28"/>
        <w:szCs w:val="28"/>
      </w:rPr>
      <w:drawing>
        <wp:inline distB="114300" distT="114300" distL="114300" distR="114300">
          <wp:extent cx="575206" cy="56197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5206" cy="56197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rPr>
        <w:sz w:val="18"/>
        <w:szCs w:val="18"/>
      </w:rPr>
    </w:pPr>
    <w:r w:rsidDel="00000000" w:rsidR="00000000" w:rsidRPr="00000000">
      <w:rPr>
        <w:sz w:val="18"/>
        <w:szCs w:val="18"/>
        <w:rtl w:val="0"/>
      </w:rPr>
      <w:t xml:space="preserve">WORKSHEET 21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ubtitle">
    <w:name w:val="Subtitle"/>
    <w:basedOn w:val="Normal"/>
    <w:next w:val="Normal"/>
    <w:pPr/>
    <w:rPr>
      <w:rFonts w:ascii="Calibri" w:cs="Calibri" w:eastAsia="Calibri" w:hAnsi="Calibri"/>
      <w:i w:val="1"/>
      <w:iCs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6ALU9FqHY8IFJopgeatncaibMw==">CgMxLjAyDmguMmp4bHl6d2EzaTltOAByITFmSjdMc3lLZlV2bGxYeTFOTWQ1UlljeFlPaS1XbHdVSA==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